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 – הסיפור של לואי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משפחה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לואי ומשפחתו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בדירה קטנה ליד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המשפט שלואי אומר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(איש מבוגר, אבא של 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(רהיט שישנים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דעה אישית על משמעות המילה בית, כולל דוגמה או זיכרון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סבתא בשיחת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שאוהבים אותך, לא רק הקירות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שוב את הטקסט המוקרא לפני תחילת הדף כדי לרענן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זיכרון אישי על מעבר דירה או הגעה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הכתוב אפשר לאפשר כתיבה גם במילים בודדות אם רמת הכתיבה נמוכה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 – הסיפור של לואי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הקשורות למשפחה ולבית, ונקרא שוב על לואי שעלה לישראל מצרפת עם משפחתו.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גינה  ·  צרפת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עלתה המשפחה של לואי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גרה המשפחה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 גדול עם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בדירה קטנה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בכפר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בצרפת המשפחה גרה בבית גדול עם 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לואי אומר שבית זה האנשים שאוהבים אותך.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בצרפת הם גרו בבית גדול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רהיט שישנים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 מבוגר, אבא של ההורים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בית בשבילכם? כתבו פסקה קצרה של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מאיפה עלתה המשפחה של לואי?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מי לואי מדבר כל יום שישי?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 – הסיפור של לואי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