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 – הסיפור של לואי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משפחה 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לואי ומשפחתו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עם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בדירה קטנה ליד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רואים משם שקיעה מעל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שעלו לפני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גרים בדירה קטנה ליד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המשפט שלואי אומר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(איש מבוגר, אבא של 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(חדר שבו מבשלים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(רהיט שישנים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(חיה שגרה בבית כחיית מחמד)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דעה אישית על משמעות המילה בית, כולל דוגמה או זיכרון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סבתא בשיחת וידאו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האנשים שאוהבים אותך, לא רק הקירות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שוב את הטקסט המוקרא לפני תחילת הדף כדי לרענן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זיכרון אישי על מעבר דירה או הגעה למקום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הכתוב אפשר לאפשר כתיבה גם במילים בודדות אם רמת הכתיבה נמוכה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 – הסיפור של לואי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הקשורות למשפחה ולבית, ונקרא שוב על לואי שעלה לישראל מצרפת עם משפחתו.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עלתה המשפחה של לואי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מאיטליה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לואי מדבר כל יום שישי בשיחת וידאו?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גרה המשפחה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גדול עם 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בדירה קטנה ליד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בכפר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ליד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לואי אוהב את הדירה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שם חדר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רואים משם שקיעה מעל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שם 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שם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מתאימה לאישה שהיא אמא של ההורים?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של לואי עלתה לישראל לפני חודש.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בצרפת המשפחה גרה בבית גדול עם 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המשפחה גרה בבית גדול ליד ההר.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לואי אומר שבית זה האנשים שאוהבים אותך.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המשפחה של לואי עלתה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בצרפת הם גרו בבית גדול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לואי התגעגע ל__________ הישן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יום שישי הוא מדבר עם __________ בשיחת וידאו.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מהחלון של הדירה החדשה רואים את ה__________ מעל הים.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חדר שבו מבשלים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רהיט שישנים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איש מבוגר, אבא של ההורים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חיה שגרה בבית כחיית מחמד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בית בשבילכם? כתבו פסקה קצרה של 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עלתה המשפחה של לואי?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מי לואי מדבר כל יום שישי?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לואי אומר שהבית הוא באמת?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 – הסיפור של לואי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